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AA0B0" w14:textId="77777777" w:rsidR="001D71D9" w:rsidRPr="00296FC7" w:rsidRDefault="001D71D9" w:rsidP="001D71D9">
      <w:pPr>
        <w:pStyle w:val="Title"/>
        <w:rPr>
          <w:rFonts w:ascii="Arial" w:hAnsi="Arial" w:cs="Arial"/>
        </w:rPr>
      </w:pPr>
      <w:r w:rsidRPr="00296FC7">
        <w:rPr>
          <w:rFonts w:ascii="Arial" w:hAnsi="Arial" w:cs="Arial"/>
        </w:rPr>
        <w:t>Client Intake Form – Community Rehabilitation Clinic</w:t>
      </w:r>
    </w:p>
    <w:tbl>
      <w:tblPr>
        <w:tblStyle w:val="TableGrid"/>
        <w:tblW w:w="10758" w:type="dxa"/>
        <w:tblInd w:w="10" w:type="dxa"/>
        <w:tblLook w:val="04A0" w:firstRow="1" w:lastRow="0" w:firstColumn="1" w:lastColumn="0" w:noHBand="0" w:noVBand="1"/>
      </w:tblPr>
      <w:tblGrid>
        <w:gridCol w:w="2689"/>
        <w:gridCol w:w="1124"/>
        <w:gridCol w:w="1566"/>
        <w:gridCol w:w="2689"/>
        <w:gridCol w:w="2690"/>
      </w:tblGrid>
      <w:tr w:rsidR="00296FC7" w:rsidRPr="00296FC7" w14:paraId="111BCB9F" w14:textId="77777777" w:rsidTr="00732A1E">
        <w:tc>
          <w:tcPr>
            <w:tcW w:w="10758" w:type="dxa"/>
            <w:gridSpan w:val="5"/>
            <w:shd w:val="clear" w:color="auto" w:fill="E1EBF7" w:themeFill="text2" w:themeFillTint="1A"/>
            <w:tcMar>
              <w:top w:w="113" w:type="dxa"/>
              <w:bottom w:w="113" w:type="dxa"/>
            </w:tcMar>
          </w:tcPr>
          <w:p w14:paraId="52974AC2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Consent</w:t>
            </w:r>
          </w:p>
        </w:tc>
      </w:tr>
      <w:tr w:rsidR="00296FC7" w:rsidRPr="00296FC7" w14:paraId="46EF43F5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725F4FC0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Purpose and use of information explained to client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4D837368" w14:textId="77777777" w:rsidR="00296FC7" w:rsidRPr="00296FC7" w:rsidRDefault="00296FC7" w:rsidP="00732A1E">
            <w:pPr>
              <w:ind w:left="10" w:hanging="10"/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</w:rPr>
                <w:id w:val="-1070887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96F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296FC7">
              <w:rPr>
                <w:rFonts w:ascii="Arial" w:hAnsi="Arial" w:cs="Arial"/>
              </w:rPr>
              <w:t xml:space="preserve"> Yes    </w:t>
            </w:r>
            <w:sdt>
              <w:sdtPr>
                <w:rPr>
                  <w:rFonts w:ascii="Arial" w:hAnsi="Arial" w:cs="Arial"/>
                </w:rPr>
                <w:id w:val="-2201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96F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296FC7">
              <w:rPr>
                <w:rFonts w:ascii="Arial" w:hAnsi="Arial" w:cs="Arial"/>
              </w:rPr>
              <w:t xml:space="preserve"> No</w:t>
            </w:r>
          </w:p>
        </w:tc>
      </w:tr>
      <w:tr w:rsidR="00296FC7" w:rsidRPr="00296FC7" w14:paraId="5FA248CC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640EEC69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 xml:space="preserve">The client consents to </w:t>
            </w:r>
            <w:proofErr w:type="gramStart"/>
            <w:r w:rsidRPr="00296FC7">
              <w:rPr>
                <w:rFonts w:ascii="Arial" w:hAnsi="Arial" w:cs="Arial"/>
                <w:b/>
                <w:bCs/>
              </w:rPr>
              <w:t>collection</w:t>
            </w:r>
            <w:proofErr w:type="gramEnd"/>
            <w:r w:rsidRPr="00296FC7">
              <w:rPr>
                <w:rFonts w:ascii="Arial" w:hAnsi="Arial" w:cs="Arial"/>
                <w:b/>
                <w:bCs/>
              </w:rPr>
              <w:t xml:space="preserve"> of information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2B907341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</w:rPr>
                <w:id w:val="-1952765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96F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296FC7">
              <w:rPr>
                <w:rFonts w:ascii="Arial" w:hAnsi="Arial" w:cs="Arial"/>
              </w:rPr>
              <w:t xml:space="preserve"> Yes    </w:t>
            </w:r>
            <w:sdt>
              <w:sdtPr>
                <w:rPr>
                  <w:rFonts w:ascii="Arial" w:hAnsi="Arial" w:cs="Arial"/>
                </w:rPr>
                <w:id w:val="-232088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96F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296FC7">
              <w:rPr>
                <w:rFonts w:ascii="Arial" w:hAnsi="Arial" w:cs="Arial"/>
              </w:rPr>
              <w:t xml:space="preserve"> No</w:t>
            </w:r>
          </w:p>
        </w:tc>
      </w:tr>
      <w:tr w:rsidR="00296FC7" w:rsidRPr="00296FC7" w14:paraId="0B1ACF8E" w14:textId="77777777" w:rsidTr="00732A1E">
        <w:tc>
          <w:tcPr>
            <w:tcW w:w="10758" w:type="dxa"/>
            <w:gridSpan w:val="5"/>
            <w:shd w:val="clear" w:color="auto" w:fill="E1EBF7" w:themeFill="text2" w:themeFillTint="1A"/>
            <w:tcMar>
              <w:top w:w="113" w:type="dxa"/>
              <w:bottom w:w="113" w:type="dxa"/>
            </w:tcMar>
          </w:tcPr>
          <w:p w14:paraId="6FCF9F2F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Client Personal Information</w:t>
            </w:r>
          </w:p>
        </w:tc>
      </w:tr>
      <w:tr w:rsidR="00296FC7" w:rsidRPr="00296FC7" w14:paraId="0F710E70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1E992945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Full Name: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74D0F5C2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6FC7" w:rsidRPr="00296FC7" w14:paraId="629509B2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7F439502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Date of Birth: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5EB86204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6FC7" w:rsidRPr="00296FC7" w14:paraId="0FFB0C56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0AA1CE21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Gender: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7C6D8101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sdt>
              <w:sdtPr>
                <w:rPr>
                  <w:rFonts w:ascii="Arial" w:hAnsi="Arial" w:cs="Arial"/>
                </w:rPr>
                <w:id w:val="1796409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96F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296FC7">
              <w:rPr>
                <w:rFonts w:ascii="Arial" w:hAnsi="Arial" w:cs="Arial"/>
              </w:rPr>
              <w:t xml:space="preserve">  Male  </w:t>
            </w:r>
            <w:sdt>
              <w:sdtPr>
                <w:rPr>
                  <w:rFonts w:ascii="Arial" w:hAnsi="Arial" w:cs="Arial"/>
                </w:rPr>
                <w:id w:val="-1261765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96F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296FC7">
              <w:rPr>
                <w:rFonts w:ascii="Arial" w:hAnsi="Arial" w:cs="Arial"/>
              </w:rPr>
              <w:t xml:space="preserve">   Female  </w:t>
            </w:r>
            <w:sdt>
              <w:sdtPr>
                <w:rPr>
                  <w:rFonts w:ascii="Arial" w:hAnsi="Arial" w:cs="Arial"/>
                </w:rPr>
                <w:id w:val="580252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96F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296FC7">
              <w:rPr>
                <w:rFonts w:ascii="Arial" w:hAnsi="Arial" w:cs="Arial"/>
              </w:rPr>
              <w:t xml:space="preserve"> Other: </w:t>
            </w:r>
          </w:p>
        </w:tc>
      </w:tr>
      <w:tr w:rsidR="00296FC7" w:rsidRPr="00296FC7" w14:paraId="7F413D27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2D14F438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Address: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17E9CBEF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6FC7" w:rsidRPr="00296FC7" w14:paraId="550D037A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04D3FD41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Phone Number: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53A7524C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6FC7" w:rsidRPr="00296FC7" w14:paraId="063C9E1A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6F4B3F4D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Next of Kin: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34C860F6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6FC7" w:rsidRPr="00296FC7" w14:paraId="17996A4B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5E8A1207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Preferred Language: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71E2746D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6FC7" w:rsidRPr="00296FC7" w14:paraId="0896EAC9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738F79EA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 xml:space="preserve">Interpreter Required: 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6244E876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102105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96F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296FC7">
              <w:rPr>
                <w:rFonts w:ascii="Arial" w:hAnsi="Arial" w:cs="Arial"/>
              </w:rPr>
              <w:t xml:space="preserve"> Yes    </w:t>
            </w:r>
            <w:sdt>
              <w:sdtPr>
                <w:rPr>
                  <w:rFonts w:ascii="Arial" w:hAnsi="Arial" w:cs="Arial"/>
                </w:rPr>
                <w:id w:val="657588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96FC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296FC7">
              <w:rPr>
                <w:rFonts w:ascii="Arial" w:hAnsi="Arial" w:cs="Arial"/>
              </w:rPr>
              <w:t xml:space="preserve"> No</w:t>
            </w:r>
          </w:p>
        </w:tc>
      </w:tr>
      <w:tr w:rsidR="00296FC7" w:rsidRPr="00296FC7" w14:paraId="1416FDF1" w14:textId="77777777" w:rsidTr="00732A1E">
        <w:tc>
          <w:tcPr>
            <w:tcW w:w="10758" w:type="dxa"/>
            <w:gridSpan w:val="5"/>
            <w:shd w:val="clear" w:color="auto" w:fill="E1EBF7" w:themeFill="text2" w:themeFillTint="1A"/>
            <w:tcMar>
              <w:top w:w="113" w:type="dxa"/>
              <w:bottom w:w="113" w:type="dxa"/>
            </w:tcMar>
          </w:tcPr>
          <w:p w14:paraId="20B9D46C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Referral Information</w:t>
            </w:r>
          </w:p>
        </w:tc>
      </w:tr>
      <w:tr w:rsidR="00296FC7" w:rsidRPr="00296FC7" w14:paraId="4D490C03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5118BDB3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Referring Doctor: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3D3249E1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6FC7" w:rsidRPr="00296FC7" w14:paraId="2D321FE7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065EAFAD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Referral Date: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7986387E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6FC7" w:rsidRPr="00296FC7" w14:paraId="690B10F5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76FEAA92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Reason for Referral: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22E29216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6FC7" w:rsidRPr="00296FC7" w14:paraId="3A817F39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68968555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Date of Injury/Surgery: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7185F128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6FC7" w:rsidRPr="00296FC7" w14:paraId="050B846A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14FA7292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 xml:space="preserve">Hospital Discharge Date (if relevant): 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6709FBBE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6FC7" w:rsidRPr="00296FC7" w14:paraId="24FABCAE" w14:textId="77777777" w:rsidTr="00732A1E">
        <w:tc>
          <w:tcPr>
            <w:tcW w:w="10758" w:type="dxa"/>
            <w:gridSpan w:val="5"/>
            <w:shd w:val="clear" w:color="auto" w:fill="E1EBF7" w:themeFill="text2" w:themeFillTint="1A"/>
            <w:tcMar>
              <w:top w:w="113" w:type="dxa"/>
              <w:bottom w:w="113" w:type="dxa"/>
            </w:tcMar>
          </w:tcPr>
          <w:p w14:paraId="25E38890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Medical History</w:t>
            </w:r>
          </w:p>
        </w:tc>
      </w:tr>
      <w:tr w:rsidR="00296FC7" w:rsidRPr="00296FC7" w14:paraId="7008CC14" w14:textId="77777777" w:rsidTr="00732A1E">
        <w:tc>
          <w:tcPr>
            <w:tcW w:w="3813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422513D0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Condition (s)</w:t>
            </w:r>
          </w:p>
          <w:p w14:paraId="2375D9AC" w14:textId="77777777" w:rsidR="00296FC7" w:rsidRPr="00296FC7" w:rsidRDefault="00296FC7" w:rsidP="00732A1E">
            <w:pPr>
              <w:rPr>
                <w:rFonts w:ascii="Arial" w:hAnsi="Arial" w:cs="Arial"/>
                <w:i/>
                <w:iCs/>
              </w:rPr>
            </w:pPr>
            <w:r w:rsidRPr="00296FC7">
              <w:rPr>
                <w:rFonts w:ascii="Arial" w:hAnsi="Arial" w:cs="Arial"/>
                <w:i/>
                <w:iCs/>
              </w:rPr>
              <w:t>Please list and briefly describe any medical conditions.</w:t>
            </w:r>
          </w:p>
        </w:tc>
        <w:tc>
          <w:tcPr>
            <w:tcW w:w="6945" w:type="dxa"/>
            <w:gridSpan w:val="3"/>
            <w:tcMar>
              <w:top w:w="113" w:type="dxa"/>
              <w:bottom w:w="113" w:type="dxa"/>
            </w:tcMar>
          </w:tcPr>
          <w:p w14:paraId="7B2C5D6B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6FC7" w:rsidRPr="00296FC7" w14:paraId="75084D7B" w14:textId="77777777" w:rsidTr="00732A1E">
        <w:tc>
          <w:tcPr>
            <w:tcW w:w="10758" w:type="dxa"/>
            <w:gridSpan w:val="5"/>
            <w:shd w:val="clear" w:color="auto" w:fill="E1EBF7" w:themeFill="text2" w:themeFillTint="1A"/>
            <w:tcMar>
              <w:top w:w="113" w:type="dxa"/>
              <w:bottom w:w="113" w:type="dxa"/>
            </w:tcMar>
          </w:tcPr>
          <w:p w14:paraId="1C89FEFF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lastRenderedPageBreak/>
              <w:t>Current Medications</w:t>
            </w:r>
          </w:p>
        </w:tc>
      </w:tr>
      <w:tr w:rsidR="00296FC7" w:rsidRPr="00296FC7" w14:paraId="2D2ADF96" w14:textId="77777777" w:rsidTr="00732A1E">
        <w:tc>
          <w:tcPr>
            <w:tcW w:w="2689" w:type="dxa"/>
            <w:shd w:val="clear" w:color="auto" w:fill="EFF5FB"/>
            <w:tcMar>
              <w:top w:w="113" w:type="dxa"/>
              <w:bottom w:w="113" w:type="dxa"/>
            </w:tcMar>
          </w:tcPr>
          <w:p w14:paraId="5A916783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Medication Name</w:t>
            </w:r>
          </w:p>
        </w:tc>
        <w:tc>
          <w:tcPr>
            <w:tcW w:w="2690" w:type="dxa"/>
            <w:gridSpan w:val="2"/>
            <w:shd w:val="clear" w:color="auto" w:fill="EFF5FB"/>
            <w:tcMar>
              <w:top w:w="113" w:type="dxa"/>
              <w:bottom w:w="113" w:type="dxa"/>
            </w:tcMar>
          </w:tcPr>
          <w:p w14:paraId="173CE1F0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Dosage</w:t>
            </w:r>
          </w:p>
        </w:tc>
        <w:tc>
          <w:tcPr>
            <w:tcW w:w="2689" w:type="dxa"/>
            <w:shd w:val="clear" w:color="auto" w:fill="EFF5FB"/>
            <w:tcMar>
              <w:top w:w="113" w:type="dxa"/>
              <w:bottom w:w="113" w:type="dxa"/>
            </w:tcMar>
          </w:tcPr>
          <w:p w14:paraId="15B46365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Frequency</w:t>
            </w:r>
          </w:p>
        </w:tc>
        <w:tc>
          <w:tcPr>
            <w:tcW w:w="2690" w:type="dxa"/>
            <w:shd w:val="clear" w:color="auto" w:fill="EFF5FB"/>
            <w:tcMar>
              <w:top w:w="113" w:type="dxa"/>
              <w:bottom w:w="113" w:type="dxa"/>
            </w:tcMar>
          </w:tcPr>
          <w:p w14:paraId="4455DDCD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Purpose/Notes</w:t>
            </w:r>
          </w:p>
        </w:tc>
      </w:tr>
      <w:tr w:rsidR="00296FC7" w:rsidRPr="00296FC7" w14:paraId="263CA3BC" w14:textId="77777777" w:rsidTr="00732A1E">
        <w:tc>
          <w:tcPr>
            <w:tcW w:w="2689" w:type="dxa"/>
            <w:tcMar>
              <w:top w:w="113" w:type="dxa"/>
              <w:bottom w:w="113" w:type="dxa"/>
            </w:tcMar>
          </w:tcPr>
          <w:p w14:paraId="60D0365C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90" w:type="dxa"/>
            <w:gridSpan w:val="2"/>
            <w:tcMar>
              <w:top w:w="113" w:type="dxa"/>
              <w:bottom w:w="113" w:type="dxa"/>
            </w:tcMar>
          </w:tcPr>
          <w:p w14:paraId="2EC26275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89" w:type="dxa"/>
            <w:tcMar>
              <w:top w:w="113" w:type="dxa"/>
              <w:bottom w:w="113" w:type="dxa"/>
            </w:tcMar>
          </w:tcPr>
          <w:p w14:paraId="7247DFB8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90" w:type="dxa"/>
            <w:tcMar>
              <w:top w:w="113" w:type="dxa"/>
              <w:bottom w:w="113" w:type="dxa"/>
            </w:tcMar>
          </w:tcPr>
          <w:p w14:paraId="4A5E7F0B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</w:tr>
      <w:tr w:rsidR="00296FC7" w:rsidRPr="00296FC7" w14:paraId="219C49C3" w14:textId="77777777" w:rsidTr="00732A1E">
        <w:tc>
          <w:tcPr>
            <w:tcW w:w="2689" w:type="dxa"/>
            <w:tcMar>
              <w:top w:w="113" w:type="dxa"/>
              <w:bottom w:w="113" w:type="dxa"/>
            </w:tcMar>
          </w:tcPr>
          <w:p w14:paraId="7F623BDC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90" w:type="dxa"/>
            <w:gridSpan w:val="2"/>
            <w:tcMar>
              <w:top w:w="113" w:type="dxa"/>
              <w:bottom w:w="113" w:type="dxa"/>
            </w:tcMar>
          </w:tcPr>
          <w:p w14:paraId="769F5B95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89" w:type="dxa"/>
            <w:tcMar>
              <w:top w:w="113" w:type="dxa"/>
              <w:bottom w:w="113" w:type="dxa"/>
            </w:tcMar>
          </w:tcPr>
          <w:p w14:paraId="5A895C49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90" w:type="dxa"/>
            <w:tcMar>
              <w:top w:w="113" w:type="dxa"/>
              <w:bottom w:w="113" w:type="dxa"/>
            </w:tcMar>
          </w:tcPr>
          <w:p w14:paraId="62A651C8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</w:tr>
      <w:tr w:rsidR="00296FC7" w:rsidRPr="00296FC7" w14:paraId="5FB2AFA1" w14:textId="77777777" w:rsidTr="00732A1E">
        <w:tc>
          <w:tcPr>
            <w:tcW w:w="2689" w:type="dxa"/>
            <w:tcMar>
              <w:top w:w="113" w:type="dxa"/>
              <w:bottom w:w="113" w:type="dxa"/>
            </w:tcMar>
          </w:tcPr>
          <w:p w14:paraId="03C68B18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90" w:type="dxa"/>
            <w:gridSpan w:val="2"/>
            <w:tcMar>
              <w:top w:w="113" w:type="dxa"/>
              <w:bottom w:w="113" w:type="dxa"/>
            </w:tcMar>
          </w:tcPr>
          <w:p w14:paraId="72D2D59B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89" w:type="dxa"/>
            <w:tcMar>
              <w:top w:w="113" w:type="dxa"/>
              <w:bottom w:w="113" w:type="dxa"/>
            </w:tcMar>
          </w:tcPr>
          <w:p w14:paraId="1D599CDD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90" w:type="dxa"/>
            <w:tcMar>
              <w:top w:w="113" w:type="dxa"/>
              <w:bottom w:w="113" w:type="dxa"/>
            </w:tcMar>
          </w:tcPr>
          <w:p w14:paraId="11E38003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</w:tr>
      <w:tr w:rsidR="00296FC7" w:rsidRPr="00296FC7" w14:paraId="67F644EC" w14:textId="77777777" w:rsidTr="00732A1E">
        <w:tc>
          <w:tcPr>
            <w:tcW w:w="2689" w:type="dxa"/>
            <w:tcMar>
              <w:top w:w="113" w:type="dxa"/>
              <w:bottom w:w="113" w:type="dxa"/>
            </w:tcMar>
          </w:tcPr>
          <w:p w14:paraId="6508AAB2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90" w:type="dxa"/>
            <w:gridSpan w:val="2"/>
            <w:tcMar>
              <w:top w:w="113" w:type="dxa"/>
              <w:bottom w:w="113" w:type="dxa"/>
            </w:tcMar>
          </w:tcPr>
          <w:p w14:paraId="18896E7F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89" w:type="dxa"/>
            <w:tcMar>
              <w:top w:w="113" w:type="dxa"/>
              <w:bottom w:w="113" w:type="dxa"/>
            </w:tcMar>
          </w:tcPr>
          <w:p w14:paraId="6B60ACF7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90" w:type="dxa"/>
            <w:tcMar>
              <w:top w:w="113" w:type="dxa"/>
              <w:bottom w:w="113" w:type="dxa"/>
            </w:tcMar>
          </w:tcPr>
          <w:p w14:paraId="76D86DB9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</w:tr>
      <w:tr w:rsidR="00296FC7" w:rsidRPr="00296FC7" w14:paraId="288FFC34" w14:textId="77777777" w:rsidTr="00732A1E">
        <w:tc>
          <w:tcPr>
            <w:tcW w:w="2689" w:type="dxa"/>
            <w:tcMar>
              <w:top w:w="113" w:type="dxa"/>
              <w:bottom w:w="113" w:type="dxa"/>
            </w:tcMar>
          </w:tcPr>
          <w:p w14:paraId="6DBEEF2B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90" w:type="dxa"/>
            <w:gridSpan w:val="2"/>
            <w:tcMar>
              <w:top w:w="113" w:type="dxa"/>
              <w:bottom w:w="113" w:type="dxa"/>
            </w:tcMar>
          </w:tcPr>
          <w:p w14:paraId="50EA31DE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89" w:type="dxa"/>
            <w:tcMar>
              <w:top w:w="113" w:type="dxa"/>
              <w:bottom w:w="113" w:type="dxa"/>
            </w:tcMar>
          </w:tcPr>
          <w:p w14:paraId="4387E532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90" w:type="dxa"/>
            <w:tcMar>
              <w:top w:w="113" w:type="dxa"/>
              <w:bottom w:w="113" w:type="dxa"/>
            </w:tcMar>
          </w:tcPr>
          <w:p w14:paraId="4F7076F2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</w:tr>
      <w:tr w:rsidR="00296FC7" w:rsidRPr="00296FC7" w14:paraId="781D541E" w14:textId="77777777" w:rsidTr="00732A1E">
        <w:tc>
          <w:tcPr>
            <w:tcW w:w="2689" w:type="dxa"/>
            <w:tcMar>
              <w:top w:w="113" w:type="dxa"/>
              <w:bottom w:w="113" w:type="dxa"/>
            </w:tcMar>
          </w:tcPr>
          <w:p w14:paraId="36CB2C03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90" w:type="dxa"/>
            <w:gridSpan w:val="2"/>
            <w:tcMar>
              <w:top w:w="113" w:type="dxa"/>
              <w:bottom w:w="113" w:type="dxa"/>
            </w:tcMar>
          </w:tcPr>
          <w:p w14:paraId="2B642FC1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89" w:type="dxa"/>
            <w:tcMar>
              <w:top w:w="113" w:type="dxa"/>
              <w:bottom w:w="113" w:type="dxa"/>
            </w:tcMar>
          </w:tcPr>
          <w:p w14:paraId="3D88CF96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90" w:type="dxa"/>
            <w:tcMar>
              <w:top w:w="113" w:type="dxa"/>
              <w:bottom w:w="113" w:type="dxa"/>
            </w:tcMar>
          </w:tcPr>
          <w:p w14:paraId="44908A7A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</w:tr>
      <w:tr w:rsidR="00296FC7" w:rsidRPr="00296FC7" w14:paraId="284E70DA" w14:textId="77777777" w:rsidTr="00732A1E">
        <w:tc>
          <w:tcPr>
            <w:tcW w:w="10758" w:type="dxa"/>
            <w:gridSpan w:val="5"/>
            <w:shd w:val="clear" w:color="auto" w:fill="E1EBF7" w:themeFill="text2" w:themeFillTint="1A"/>
            <w:tcMar>
              <w:top w:w="113" w:type="dxa"/>
              <w:bottom w:w="113" w:type="dxa"/>
            </w:tcMar>
          </w:tcPr>
          <w:p w14:paraId="1830EF06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Functional Status and Mobility</w:t>
            </w:r>
          </w:p>
        </w:tc>
      </w:tr>
      <w:tr w:rsidR="00296FC7" w:rsidRPr="00296FC7" w14:paraId="0BC2263D" w14:textId="77777777" w:rsidTr="00732A1E">
        <w:tc>
          <w:tcPr>
            <w:tcW w:w="2689" w:type="dxa"/>
            <w:shd w:val="clear" w:color="auto" w:fill="EFF5FB"/>
            <w:tcMar>
              <w:top w:w="113" w:type="dxa"/>
              <w:bottom w:w="113" w:type="dxa"/>
            </w:tcMar>
          </w:tcPr>
          <w:p w14:paraId="644C3375" w14:textId="77777777" w:rsidR="00296FC7" w:rsidRPr="00296FC7" w:rsidRDefault="00296FC7" w:rsidP="00732A1E">
            <w:pPr>
              <w:rPr>
                <w:rFonts w:ascii="Arial" w:hAnsi="Arial" w:cs="Arial"/>
              </w:rPr>
            </w:pPr>
            <w:r w:rsidRPr="00296FC7">
              <w:rPr>
                <w:rFonts w:ascii="Arial" w:hAnsi="Arial" w:cs="Arial"/>
              </w:rPr>
              <w:t>Primary Mobility Aid:</w:t>
            </w:r>
          </w:p>
        </w:tc>
        <w:tc>
          <w:tcPr>
            <w:tcW w:w="8069" w:type="dxa"/>
            <w:gridSpan w:val="4"/>
            <w:tcMar>
              <w:top w:w="113" w:type="dxa"/>
              <w:bottom w:w="113" w:type="dxa"/>
            </w:tcMar>
          </w:tcPr>
          <w:p w14:paraId="5A5F0EA8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6FC7" w:rsidRPr="00296FC7" w14:paraId="13962D4E" w14:textId="77777777" w:rsidTr="00732A1E">
        <w:tc>
          <w:tcPr>
            <w:tcW w:w="2689" w:type="dxa"/>
            <w:shd w:val="clear" w:color="auto" w:fill="EFF5FB"/>
            <w:tcMar>
              <w:top w:w="113" w:type="dxa"/>
              <w:bottom w:w="113" w:type="dxa"/>
            </w:tcMar>
          </w:tcPr>
          <w:p w14:paraId="3241B885" w14:textId="77777777" w:rsidR="00296FC7" w:rsidRPr="00296FC7" w:rsidRDefault="00296FC7" w:rsidP="00732A1E">
            <w:pPr>
              <w:rPr>
                <w:rFonts w:ascii="Arial" w:hAnsi="Arial" w:cs="Arial"/>
              </w:rPr>
            </w:pPr>
            <w:r w:rsidRPr="00296FC7">
              <w:rPr>
                <w:rFonts w:ascii="Arial" w:hAnsi="Arial" w:cs="Arial"/>
              </w:rPr>
              <w:t>Assistance at Home:</w:t>
            </w:r>
          </w:p>
        </w:tc>
        <w:tc>
          <w:tcPr>
            <w:tcW w:w="8069" w:type="dxa"/>
            <w:gridSpan w:val="4"/>
            <w:tcMar>
              <w:top w:w="113" w:type="dxa"/>
              <w:bottom w:w="113" w:type="dxa"/>
            </w:tcMar>
          </w:tcPr>
          <w:p w14:paraId="1E508F4D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6FC7" w:rsidRPr="00296FC7" w14:paraId="65C51EC2" w14:textId="77777777" w:rsidTr="00732A1E">
        <w:tc>
          <w:tcPr>
            <w:tcW w:w="10758" w:type="dxa"/>
            <w:gridSpan w:val="5"/>
            <w:shd w:val="clear" w:color="auto" w:fill="E1EBF7" w:themeFill="text2" w:themeFillTint="1A"/>
            <w:tcMar>
              <w:top w:w="113" w:type="dxa"/>
              <w:bottom w:w="113" w:type="dxa"/>
            </w:tcMar>
          </w:tcPr>
          <w:p w14:paraId="0354C2E3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Staff member to sign off:</w:t>
            </w:r>
          </w:p>
        </w:tc>
      </w:tr>
      <w:tr w:rsidR="00296FC7" w:rsidRPr="00296FC7" w14:paraId="0ED0C1B3" w14:textId="77777777" w:rsidTr="00732A1E">
        <w:tc>
          <w:tcPr>
            <w:tcW w:w="2689" w:type="dxa"/>
            <w:shd w:val="clear" w:color="auto" w:fill="EFF5FB"/>
            <w:tcMar>
              <w:top w:w="113" w:type="dxa"/>
              <w:bottom w:w="113" w:type="dxa"/>
            </w:tcMar>
          </w:tcPr>
          <w:p w14:paraId="5639DD55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 xml:space="preserve">Staff Name: </w:t>
            </w:r>
          </w:p>
        </w:tc>
        <w:tc>
          <w:tcPr>
            <w:tcW w:w="8069" w:type="dxa"/>
            <w:gridSpan w:val="4"/>
            <w:tcMar>
              <w:top w:w="113" w:type="dxa"/>
              <w:bottom w:w="113" w:type="dxa"/>
            </w:tcMar>
          </w:tcPr>
          <w:p w14:paraId="04ECE318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96FC7" w:rsidRPr="00296FC7" w14:paraId="083E920F" w14:textId="77777777" w:rsidTr="00732A1E">
        <w:tc>
          <w:tcPr>
            <w:tcW w:w="2689" w:type="dxa"/>
            <w:shd w:val="clear" w:color="auto" w:fill="EFF5FB"/>
            <w:tcMar>
              <w:top w:w="113" w:type="dxa"/>
              <w:bottom w:w="113" w:type="dxa"/>
            </w:tcMar>
          </w:tcPr>
          <w:p w14:paraId="79A3A96B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 xml:space="preserve">Signature: </w:t>
            </w:r>
          </w:p>
        </w:tc>
        <w:tc>
          <w:tcPr>
            <w:tcW w:w="2690" w:type="dxa"/>
            <w:gridSpan w:val="2"/>
            <w:tcMar>
              <w:top w:w="113" w:type="dxa"/>
              <w:bottom w:w="113" w:type="dxa"/>
            </w:tcMar>
          </w:tcPr>
          <w:p w14:paraId="16A77352" w14:textId="77777777" w:rsidR="00296FC7" w:rsidRPr="00296FC7" w:rsidRDefault="00296FC7" w:rsidP="00732A1E">
            <w:pPr>
              <w:rPr>
                <w:rFonts w:ascii="Arial" w:hAnsi="Arial" w:cs="Arial"/>
              </w:rPr>
            </w:pPr>
          </w:p>
        </w:tc>
        <w:tc>
          <w:tcPr>
            <w:tcW w:w="2689" w:type="dxa"/>
            <w:shd w:val="clear" w:color="auto" w:fill="EFF5FB"/>
            <w:tcMar>
              <w:top w:w="113" w:type="dxa"/>
              <w:bottom w:w="113" w:type="dxa"/>
            </w:tcMar>
          </w:tcPr>
          <w:p w14:paraId="30FFD799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  <w:r w:rsidRPr="00296FC7"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690" w:type="dxa"/>
            <w:tcMar>
              <w:top w:w="113" w:type="dxa"/>
              <w:bottom w:w="113" w:type="dxa"/>
            </w:tcMar>
          </w:tcPr>
          <w:p w14:paraId="61FED502" w14:textId="77777777" w:rsidR="00296FC7" w:rsidRPr="00296FC7" w:rsidRDefault="00296FC7" w:rsidP="00732A1E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6B106522" w14:textId="7E4FB31D" w:rsidR="00296FC7" w:rsidRPr="00296FC7" w:rsidRDefault="00296FC7" w:rsidP="00296FC7">
      <w:pPr>
        <w:tabs>
          <w:tab w:val="left" w:pos="3767"/>
        </w:tabs>
        <w:rPr>
          <w:rFonts w:ascii="Arial" w:eastAsiaTheme="majorEastAsia" w:hAnsi="Arial" w:cs="Arial"/>
          <w:color w:val="17365D" w:themeColor="text2" w:themeShade="BF"/>
          <w:spacing w:val="5"/>
          <w:kern w:val="28"/>
          <w:sz w:val="52"/>
          <w:szCs w:val="52"/>
        </w:rPr>
      </w:pPr>
    </w:p>
    <w:p w14:paraId="245F0DA6" w14:textId="77777777" w:rsidR="00296FC7" w:rsidRPr="00296FC7" w:rsidRDefault="00296FC7" w:rsidP="00296FC7">
      <w:pPr>
        <w:rPr>
          <w:rFonts w:ascii="Arial" w:hAnsi="Arial" w:cs="Arial"/>
        </w:rPr>
      </w:pPr>
    </w:p>
    <w:sectPr w:rsidR="00296FC7" w:rsidRPr="00296FC7" w:rsidSect="00296FC7">
      <w:headerReference w:type="default" r:id="rId11"/>
      <w:pgSz w:w="12240" w:h="15840"/>
      <w:pgMar w:top="1440" w:right="1800" w:bottom="1440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DEE16" w14:textId="77777777" w:rsidR="00557514" w:rsidRDefault="00557514" w:rsidP="00557514">
      <w:pPr>
        <w:spacing w:after="0" w:line="240" w:lineRule="auto"/>
      </w:pPr>
      <w:r>
        <w:separator/>
      </w:r>
    </w:p>
  </w:endnote>
  <w:endnote w:type="continuationSeparator" w:id="0">
    <w:p w14:paraId="34D18219" w14:textId="77777777" w:rsidR="00557514" w:rsidRDefault="00557514" w:rsidP="00557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A3A42" w14:textId="77777777" w:rsidR="00557514" w:rsidRDefault="00557514" w:rsidP="00557514">
      <w:pPr>
        <w:spacing w:after="0" w:line="240" w:lineRule="auto"/>
      </w:pPr>
      <w:r>
        <w:separator/>
      </w:r>
    </w:p>
  </w:footnote>
  <w:footnote w:type="continuationSeparator" w:id="0">
    <w:p w14:paraId="20E511D1" w14:textId="77777777" w:rsidR="00557514" w:rsidRDefault="00557514" w:rsidP="00557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34F39" w14:textId="409727A4" w:rsidR="00557514" w:rsidRDefault="00557514" w:rsidP="00557514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FD61950" wp14:editId="0AB24462">
          <wp:simplePos x="0" y="0"/>
          <wp:positionH relativeFrom="rightMargin">
            <wp:align>left</wp:align>
          </wp:positionH>
          <wp:positionV relativeFrom="paragraph">
            <wp:posOffset>-319405</wp:posOffset>
          </wp:positionV>
          <wp:extent cx="795020" cy="775970"/>
          <wp:effectExtent l="0" t="0" r="5080" b="5080"/>
          <wp:wrapSquare wrapText="bothSides"/>
          <wp:docPr id="1419908826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logo for a health united company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020" cy="775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42354702">
    <w:abstractNumId w:val="8"/>
  </w:num>
  <w:num w:numId="2" w16cid:durableId="22944049">
    <w:abstractNumId w:val="6"/>
  </w:num>
  <w:num w:numId="3" w16cid:durableId="1317412670">
    <w:abstractNumId w:val="5"/>
  </w:num>
  <w:num w:numId="4" w16cid:durableId="931812599">
    <w:abstractNumId w:val="4"/>
  </w:num>
  <w:num w:numId="5" w16cid:durableId="1904756940">
    <w:abstractNumId w:val="7"/>
  </w:num>
  <w:num w:numId="6" w16cid:durableId="1548957621">
    <w:abstractNumId w:val="3"/>
  </w:num>
  <w:num w:numId="7" w16cid:durableId="19473084">
    <w:abstractNumId w:val="2"/>
  </w:num>
  <w:num w:numId="8" w16cid:durableId="619842587">
    <w:abstractNumId w:val="1"/>
  </w:num>
  <w:num w:numId="9" w16cid:durableId="1257439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D71D9"/>
    <w:rsid w:val="001E110D"/>
    <w:rsid w:val="0029572B"/>
    <w:rsid w:val="0029639D"/>
    <w:rsid w:val="00296FC7"/>
    <w:rsid w:val="002E211E"/>
    <w:rsid w:val="00326F90"/>
    <w:rsid w:val="00404C7C"/>
    <w:rsid w:val="00503956"/>
    <w:rsid w:val="00557514"/>
    <w:rsid w:val="005D3A22"/>
    <w:rsid w:val="00623D7F"/>
    <w:rsid w:val="006A5BD2"/>
    <w:rsid w:val="006E0302"/>
    <w:rsid w:val="00725846"/>
    <w:rsid w:val="00842232"/>
    <w:rsid w:val="009215E2"/>
    <w:rsid w:val="00A60015"/>
    <w:rsid w:val="00AA1D8D"/>
    <w:rsid w:val="00AE3652"/>
    <w:rsid w:val="00B45EFD"/>
    <w:rsid w:val="00B47730"/>
    <w:rsid w:val="00CB0664"/>
    <w:rsid w:val="00CC48FD"/>
    <w:rsid w:val="00D10266"/>
    <w:rsid w:val="00E54B8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043FB02B"/>
  <w14:defaultImageDpi w14:val="300"/>
  <w15:docId w15:val="{760051E7-3D87-47F1-85A9-CE633C595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3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0DE52E-ED2C-466B-A372-26641B5147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4b938f-655d-4538-98da-3c7a5d573470"/>
    <ds:schemaRef ds:uri="0bc87ecc-3934-4908-9bc7-5c38317b80f3"/>
    <ds:schemaRef ds:uri="d7857fef-08a8-48da-8fd7-79628a831ad5"/>
    <ds:schemaRef ds:uri="3ced25dc-a434-405c-aded-7d5272ff68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4E05EF-DA65-4D56-910E-50501BA9DA97}">
  <ds:schemaRefs>
    <ds:schemaRef ds:uri="http://schemas.microsoft.com/office/2006/metadata/properties"/>
    <ds:schemaRef ds:uri="http://schemas.microsoft.com/office/infopath/2007/PartnerControls"/>
    <ds:schemaRef ds:uri="024b938f-655d-4538-98da-3c7a5d573470"/>
    <ds:schemaRef ds:uri="0bc87ecc-3934-4908-9bc7-5c38317b80f3"/>
  </ds:schemaRefs>
</ds:datastoreItem>
</file>

<file path=customXml/itemProps4.xml><?xml version="1.0" encoding="utf-8"?>
<ds:datastoreItem xmlns:ds="http://schemas.openxmlformats.org/officeDocument/2006/customXml" ds:itemID="{9D7F28BB-3C24-4E8A-83C1-E809CE7887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Kajal Parekh</cp:lastModifiedBy>
  <cp:revision>4</cp:revision>
  <dcterms:created xsi:type="dcterms:W3CDTF">2025-07-17T04:43:00Z</dcterms:created>
  <dcterms:modified xsi:type="dcterms:W3CDTF">2025-09-05T00:07:00Z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